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685" w:rsidRDefault="00CD46B2">
      <w:pPr>
        <w:spacing w:after="40" w:line="240" w:lineRule="auto"/>
        <w:jc w:val="center"/>
      </w:pPr>
      <w:r>
        <w:rPr>
          <w:noProof/>
          <w:lang w:val="it-IT" w:eastAsia="it-IT"/>
        </w:rPr>
        <w:drawing>
          <wp:inline distT="0" distB="0" distL="0" distR="0">
            <wp:extent cx="1206000" cy="2676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26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855"/>
        <w:gridCol w:w="2381"/>
      </w:tblGrid>
      <w:tr w:rsidR="00C06685">
        <w:trPr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6685" w:rsidRDefault="00CD46B2">
            <w:pPr>
              <w:jc w:val="center"/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774000" cy="55416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554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6685" w:rsidRDefault="00CD46B2">
            <w:pPr>
              <w:jc w:val="center"/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1134000" cy="1134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00" cy="11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6685" w:rsidRDefault="00CD46B2">
            <w:pPr>
              <w:jc w:val="center"/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450000" cy="5812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5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6685" w:rsidRDefault="00CD46B2">
      <w:pPr>
        <w:spacing w:after="0" w:line="240" w:lineRule="auto"/>
        <w:jc w:val="center"/>
      </w:pPr>
      <w:r>
        <w:rPr>
          <w:b/>
          <w:sz w:val="23"/>
        </w:rPr>
        <w:t>I. C. “ANDREA CAMILLERI”</w:t>
      </w:r>
    </w:p>
    <w:p w:rsidR="00C06685" w:rsidRDefault="00CD46B2">
      <w:pPr>
        <w:spacing w:after="0" w:line="240" w:lineRule="auto"/>
        <w:jc w:val="center"/>
      </w:pPr>
      <w:r>
        <w:rPr>
          <w:b/>
          <w:sz w:val="21"/>
        </w:rPr>
        <w:t>Scuola dell’Infanzia, Primaria e Secondaria di I grado ad Indirizzo Musicale</w:t>
      </w:r>
    </w:p>
    <w:p w:rsidR="00C06685" w:rsidRDefault="00CD46B2">
      <w:pPr>
        <w:spacing w:after="0" w:line="240" w:lineRule="auto"/>
        <w:jc w:val="center"/>
      </w:pPr>
      <w:r>
        <w:rPr>
          <w:b/>
          <w:sz w:val="21"/>
        </w:rPr>
        <w:t>VIA F. COMPAGNA, 18 - 92026 FAVARA (AG)</w:t>
      </w:r>
    </w:p>
    <w:p w:rsidR="00C06685" w:rsidRDefault="00CD46B2">
      <w:pPr>
        <w:spacing w:after="0" w:line="240" w:lineRule="auto"/>
        <w:jc w:val="center"/>
      </w:pPr>
      <w:r>
        <w:rPr>
          <w:b/>
          <w:sz w:val="21"/>
        </w:rPr>
        <w:t>TEL. 0922-415965/070123  C.F. 93062340844</w:t>
      </w:r>
    </w:p>
    <w:p w:rsidR="00C06685" w:rsidRDefault="00CD46B2">
      <w:pPr>
        <w:spacing w:after="0" w:line="240" w:lineRule="auto"/>
        <w:jc w:val="center"/>
      </w:pPr>
      <w:r>
        <w:rPr>
          <w:b/>
          <w:sz w:val="21"/>
        </w:rPr>
        <w:t>Cod. Univoco UFF1HE</w:t>
      </w:r>
    </w:p>
    <w:p w:rsidR="00C06685" w:rsidRDefault="00CD46B2">
      <w:pPr>
        <w:spacing w:after="80" w:line="240" w:lineRule="auto"/>
        <w:jc w:val="center"/>
      </w:pPr>
      <w:r>
        <w:rPr>
          <w:b/>
          <w:sz w:val="21"/>
        </w:rPr>
        <w:t xml:space="preserve">Email: agic85800g@istruzione.it   PEC: </w:t>
      </w:r>
      <w:r>
        <w:rPr>
          <w:b/>
          <w:sz w:val="21"/>
        </w:rPr>
        <w:t>agic85800g@pec.istruzione.it</w:t>
      </w:r>
    </w:p>
    <w:p w:rsidR="00754E0B" w:rsidRDefault="00754E0B">
      <w:pPr>
        <w:keepNext/>
        <w:spacing w:after="20" w:line="240" w:lineRule="auto"/>
        <w:jc w:val="center"/>
        <w:rPr>
          <w:b/>
          <w:sz w:val="26"/>
        </w:rPr>
      </w:pPr>
    </w:p>
    <w:p w:rsidR="00754E0B" w:rsidRDefault="00754E0B">
      <w:pPr>
        <w:keepNext/>
        <w:spacing w:after="20" w:line="240" w:lineRule="auto"/>
        <w:jc w:val="center"/>
        <w:rPr>
          <w:b/>
          <w:sz w:val="26"/>
        </w:rPr>
      </w:pPr>
    </w:p>
    <w:p w:rsidR="00C06685" w:rsidRDefault="00CD46B2">
      <w:pPr>
        <w:keepNext/>
        <w:spacing w:after="20" w:line="240" w:lineRule="auto"/>
        <w:jc w:val="center"/>
      </w:pPr>
      <w:r>
        <w:rPr>
          <w:b/>
          <w:sz w:val="26"/>
        </w:rPr>
        <w:t>SCHEDA DI CANDIDATURA PER L’ATTRIBUZIONE</w:t>
      </w:r>
    </w:p>
    <w:p w:rsidR="00C06685" w:rsidRDefault="00CD46B2">
      <w:pPr>
        <w:keepNext/>
        <w:spacing w:after="0" w:line="240" w:lineRule="auto"/>
        <w:jc w:val="center"/>
      </w:pPr>
      <w:r>
        <w:rPr>
          <w:b/>
          <w:sz w:val="26"/>
        </w:rPr>
        <w:t>DELLA FUNZIONE STRUMENTALE</w:t>
      </w:r>
    </w:p>
    <w:p w:rsidR="00C06685" w:rsidRDefault="00CD46B2">
      <w:pPr>
        <w:spacing w:after="140" w:line="240" w:lineRule="auto"/>
        <w:jc w:val="center"/>
      </w:pPr>
      <w:r>
        <w:rPr>
          <w:b/>
        </w:rPr>
        <w:t>a.s. 2026/2027</w:t>
      </w:r>
    </w:p>
    <w:p w:rsidR="00C06685" w:rsidRDefault="00CD46B2">
      <w:pPr>
        <w:spacing w:after="0" w:line="240" w:lineRule="auto"/>
        <w:jc w:val="right"/>
      </w:pPr>
      <w:r>
        <w:rPr>
          <w:b/>
        </w:rPr>
        <w:t>Al Dirigente Scolastico</w:t>
      </w:r>
    </w:p>
    <w:p w:rsidR="00C06685" w:rsidRDefault="00CD46B2">
      <w:pPr>
        <w:spacing w:after="0" w:line="240" w:lineRule="auto"/>
        <w:jc w:val="right"/>
      </w:pPr>
      <w:r>
        <w:rPr>
          <w:b/>
        </w:rPr>
        <w:t>I.C. “Andrea Camilleri”</w:t>
      </w:r>
    </w:p>
    <w:p w:rsidR="00C06685" w:rsidRDefault="00CD46B2">
      <w:pPr>
        <w:spacing w:after="140" w:line="240" w:lineRule="auto"/>
        <w:jc w:val="right"/>
      </w:pPr>
      <w:r>
        <w:rPr>
          <w:b/>
        </w:rPr>
        <w:t>Favara (AG)</w:t>
      </w:r>
    </w:p>
    <w:p w:rsidR="00754E0B" w:rsidRDefault="00754E0B">
      <w:pPr>
        <w:spacing w:after="140" w:line="240" w:lineRule="auto"/>
        <w:rPr>
          <w:b/>
        </w:rPr>
      </w:pPr>
    </w:p>
    <w:p w:rsidR="00C06685" w:rsidRDefault="00CD46B2">
      <w:pPr>
        <w:spacing w:after="140" w:line="240" w:lineRule="auto"/>
        <w:rPr>
          <w:b/>
        </w:rPr>
      </w:pPr>
      <w:r>
        <w:rPr>
          <w:b/>
        </w:rPr>
        <w:t xml:space="preserve">OGGETTO: </w:t>
      </w:r>
      <w:proofErr w:type="spellStart"/>
      <w:r w:rsidRPr="00754E0B">
        <w:rPr>
          <w:b/>
        </w:rPr>
        <w:t>Richiesta</w:t>
      </w:r>
      <w:proofErr w:type="spellEnd"/>
      <w:r w:rsidRPr="00754E0B">
        <w:rPr>
          <w:b/>
        </w:rPr>
        <w:t xml:space="preserve"> di </w:t>
      </w:r>
      <w:proofErr w:type="spellStart"/>
      <w:r w:rsidRPr="00754E0B">
        <w:rPr>
          <w:b/>
        </w:rPr>
        <w:t>attribuzione</w:t>
      </w:r>
      <w:proofErr w:type="spellEnd"/>
      <w:r w:rsidRPr="00754E0B">
        <w:rPr>
          <w:b/>
        </w:rPr>
        <w:t xml:space="preserve"> </w:t>
      </w:r>
      <w:proofErr w:type="gramStart"/>
      <w:r w:rsidRPr="00754E0B">
        <w:rPr>
          <w:b/>
        </w:rPr>
        <w:t>della</w:t>
      </w:r>
      <w:proofErr w:type="gramEnd"/>
      <w:r w:rsidRPr="00754E0B">
        <w:rPr>
          <w:b/>
        </w:rPr>
        <w:t xml:space="preserve"> Funzione </w:t>
      </w:r>
      <w:r w:rsidRPr="00754E0B">
        <w:rPr>
          <w:b/>
        </w:rPr>
        <w:t>Strumentale – a.s. 2026/2027</w:t>
      </w:r>
    </w:p>
    <w:p w:rsidR="00754E0B" w:rsidRPr="00754E0B" w:rsidRDefault="00754E0B">
      <w:pPr>
        <w:spacing w:after="140" w:line="240" w:lineRule="auto"/>
        <w:rPr>
          <w:b/>
        </w:rPr>
      </w:pPr>
    </w:p>
    <w:p w:rsidR="00C06685" w:rsidRDefault="00CD46B2" w:rsidP="00754E0B">
      <w:pPr>
        <w:spacing w:after="0" w:line="360" w:lineRule="auto"/>
        <w:jc w:val="both"/>
      </w:pPr>
      <w:r>
        <w:t>Il/La sottoscritto/a ____________________________________________________________</w:t>
      </w:r>
    </w:p>
    <w:p w:rsidR="00C06685" w:rsidRDefault="00CD46B2" w:rsidP="00754E0B">
      <w:pPr>
        <w:spacing w:after="0" w:line="360" w:lineRule="auto"/>
        <w:jc w:val="both"/>
      </w:pPr>
      <w:r>
        <w:t>docente di _______________________________________________________________________</w:t>
      </w:r>
    </w:p>
    <w:p w:rsidR="00C06685" w:rsidRDefault="00CD46B2" w:rsidP="00754E0B">
      <w:pPr>
        <w:spacing w:after="0" w:line="360" w:lineRule="auto"/>
        <w:jc w:val="both"/>
      </w:pPr>
      <w:r>
        <w:rPr>
          <w:sz w:val="21"/>
        </w:rPr>
        <w:t>in servizio presso questo Istituto, chiede l’attribuzione dell</w:t>
      </w:r>
      <w:r>
        <w:rPr>
          <w:sz w:val="21"/>
        </w:rPr>
        <w:t>a seguente Funzione Strumentale, individuata dal Collegio dei Docenti nella seduta del 2 settembre 2026.</w:t>
      </w:r>
    </w:p>
    <w:p w:rsidR="00C06685" w:rsidRDefault="00CD46B2" w:rsidP="00754E0B">
      <w:pPr>
        <w:keepNext/>
        <w:spacing w:after="0" w:line="360" w:lineRule="auto"/>
        <w:jc w:val="both"/>
      </w:pPr>
      <w:r>
        <w:rPr>
          <w:i/>
          <w:sz w:val="20"/>
        </w:rPr>
        <w:t>È possibile indicare una sola area. Qualora si intenda presentare la candidatura per più aree, dovrà essere compilata una scheda per ciascuna candidatu</w:t>
      </w:r>
      <w:r>
        <w:rPr>
          <w:i/>
          <w:sz w:val="20"/>
        </w:rPr>
        <w:t>ra.</w:t>
      </w:r>
    </w:p>
    <w:p w:rsidR="00C06685" w:rsidRDefault="00CD46B2" w:rsidP="00754E0B">
      <w:pPr>
        <w:keepNext/>
        <w:spacing w:after="0" w:line="360" w:lineRule="auto"/>
        <w:jc w:val="both"/>
      </w:pPr>
      <w:r>
        <w:rPr>
          <w:i/>
          <w:sz w:val="20"/>
        </w:rPr>
        <w:t>(Barrare l’area per la quale si intende presentare la candidatura)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8617"/>
      </w:tblGrid>
      <w:tr w:rsidR="00C06685">
        <w:trPr>
          <w:cantSplit/>
          <w:jc w:val="center"/>
        </w:trPr>
        <w:tc>
          <w:tcPr>
            <w:tcW w:w="9411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AREE – FUNZIONI STRUMENTALI</w:t>
            </w:r>
          </w:p>
        </w:tc>
      </w:tr>
      <w:tr w:rsidR="00C06685">
        <w:trPr>
          <w:cantSplit/>
          <w:jc w:val="center"/>
        </w:trPr>
        <w:tc>
          <w:tcPr>
            <w:tcW w:w="7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26"/>
              </w:rPr>
              <w:t>□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06685" w:rsidRDefault="00CD46B2">
            <w:pPr>
              <w:spacing w:after="0" w:line="240" w:lineRule="auto"/>
            </w:pPr>
            <w:r>
              <w:rPr>
                <w:sz w:val="20"/>
              </w:rPr>
              <w:t>1. PTOF: gestione e ampliamento del Piano dell’Offerta Formativa</w:t>
            </w:r>
          </w:p>
        </w:tc>
      </w:tr>
      <w:tr w:rsidR="00C06685">
        <w:trPr>
          <w:cantSplit/>
          <w:jc w:val="center"/>
        </w:trPr>
        <w:tc>
          <w:tcPr>
            <w:tcW w:w="7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26"/>
              </w:rPr>
              <w:t>□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06685" w:rsidRDefault="00CD46B2">
            <w:pPr>
              <w:spacing w:after="0" w:line="240" w:lineRule="auto"/>
            </w:pPr>
            <w:r>
              <w:rPr>
                <w:sz w:val="20"/>
              </w:rPr>
              <w:t>2. Autovalutazione e valutazione interna ed esterna – progettazione</w:t>
            </w:r>
          </w:p>
        </w:tc>
      </w:tr>
      <w:tr w:rsidR="00C06685">
        <w:trPr>
          <w:cantSplit/>
          <w:jc w:val="center"/>
        </w:trPr>
        <w:tc>
          <w:tcPr>
            <w:tcW w:w="7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26"/>
              </w:rPr>
              <w:t>□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06685" w:rsidRDefault="00CD46B2">
            <w:pPr>
              <w:spacing w:after="0" w:line="240" w:lineRule="auto"/>
            </w:pPr>
            <w:r>
              <w:rPr>
                <w:sz w:val="20"/>
              </w:rPr>
              <w:t>3. Tecnologia e</w:t>
            </w:r>
            <w:r>
              <w:rPr>
                <w:sz w:val="20"/>
              </w:rPr>
              <w:t xml:space="preserve"> multimedialità – gestione sito web</w:t>
            </w:r>
          </w:p>
        </w:tc>
      </w:tr>
      <w:tr w:rsidR="00C06685">
        <w:trPr>
          <w:cantSplit/>
          <w:jc w:val="center"/>
        </w:trPr>
        <w:tc>
          <w:tcPr>
            <w:tcW w:w="7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26"/>
              </w:rPr>
              <w:t>□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06685" w:rsidRDefault="00CD46B2">
            <w:pPr>
              <w:spacing w:after="0" w:line="240" w:lineRule="auto"/>
            </w:pPr>
            <w:r>
              <w:rPr>
                <w:sz w:val="20"/>
              </w:rPr>
              <w:t>4. Inclusione e promozione del successo scolastico. Formazione e valorizzazione delle risorse umane e supporto della funzione docente</w:t>
            </w:r>
          </w:p>
        </w:tc>
      </w:tr>
      <w:tr w:rsidR="00C06685">
        <w:trPr>
          <w:cantSplit/>
          <w:jc w:val="center"/>
        </w:trPr>
        <w:tc>
          <w:tcPr>
            <w:tcW w:w="7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:rsidR="00C06685" w:rsidRDefault="00CD46B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26"/>
              </w:rPr>
              <w:t>□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06685" w:rsidRDefault="00CD46B2">
            <w:pPr>
              <w:spacing w:after="0" w:line="240" w:lineRule="auto"/>
            </w:pPr>
            <w:r>
              <w:rPr>
                <w:sz w:val="20"/>
              </w:rPr>
              <w:t>5. Interventi e servizi per gli studenti. Comunicazione interna ed esterna</w:t>
            </w:r>
          </w:p>
        </w:tc>
      </w:tr>
    </w:tbl>
    <w:p w:rsidR="00C06685" w:rsidRDefault="00CD46B2">
      <w:r>
        <w:br w:type="page"/>
      </w:r>
    </w:p>
    <w:p w:rsidR="00C06685" w:rsidRDefault="00CD46B2">
      <w:pPr>
        <w:spacing w:after="140" w:line="240" w:lineRule="auto"/>
      </w:pPr>
      <w:r>
        <w:rPr>
          <w:b/>
          <w:sz w:val="24"/>
        </w:rPr>
        <w:lastRenderedPageBreak/>
        <w:t xml:space="preserve">A </w:t>
      </w:r>
      <w:r>
        <w:rPr>
          <w:b/>
          <w:sz w:val="24"/>
        </w:rPr>
        <w:t>tal fine dichiara:</w:t>
      </w:r>
    </w:p>
    <w:p w:rsidR="00C06685" w:rsidRDefault="00CD46B2">
      <w:pPr>
        <w:spacing w:after="80" w:line="259" w:lineRule="auto"/>
        <w:ind w:left="255" w:hanging="255"/>
        <w:jc w:val="both"/>
      </w:pPr>
      <w:r>
        <w:t>•  di essere disponibile a relazionare periodicamente al Collegio dei Docenti in merito al lavoro svolto;</w:t>
      </w:r>
    </w:p>
    <w:p w:rsidR="00C06685" w:rsidRDefault="00CD46B2">
      <w:pPr>
        <w:spacing w:after="80" w:line="259" w:lineRule="auto"/>
        <w:ind w:left="255" w:hanging="255"/>
        <w:jc w:val="both"/>
      </w:pPr>
      <w:r>
        <w:t>•  di aggiornare costantemente le proprie conoscenze di carattere normativo e professionale in relazione all’area di incarico;</w:t>
      </w:r>
    </w:p>
    <w:p w:rsidR="00C06685" w:rsidRDefault="00CD46B2">
      <w:pPr>
        <w:spacing w:after="80" w:line="259" w:lineRule="auto"/>
        <w:ind w:left="255" w:hanging="255"/>
        <w:jc w:val="both"/>
      </w:pPr>
      <w:r>
        <w:t xml:space="preserve">•  </w:t>
      </w:r>
      <w:r>
        <w:t>di collaborare in modo sinergico con le altre Funzioni Strumentali e con il Dirigente Scolastico, partecipando alle riunioni di staff;</w:t>
      </w:r>
    </w:p>
    <w:p w:rsidR="00C06685" w:rsidRDefault="00CD46B2">
      <w:pPr>
        <w:spacing w:after="80" w:line="259" w:lineRule="auto"/>
        <w:ind w:left="255" w:hanging="255"/>
        <w:jc w:val="both"/>
      </w:pPr>
      <w:r>
        <w:t>•  di essere disponibile al raccordo con gli uffici di segreteria per gli aspetti di carattere amministrativo connessi al</w:t>
      </w:r>
      <w:r>
        <w:t>l’incarico (modulistica, comunicazioni con enti esterni).</w:t>
      </w:r>
    </w:p>
    <w:p w:rsidR="00C06685" w:rsidRPr="00754E0B" w:rsidRDefault="00CD46B2">
      <w:pPr>
        <w:spacing w:before="240" w:after="80" w:line="240" w:lineRule="auto"/>
        <w:rPr>
          <w:i/>
        </w:rPr>
      </w:pPr>
      <w:r w:rsidRPr="00754E0B">
        <w:rPr>
          <w:i/>
        </w:rPr>
        <w:t>Alla presente domanda si allegano:</w:t>
      </w:r>
    </w:p>
    <w:p w:rsidR="00C06685" w:rsidRDefault="00CD46B2">
      <w:pPr>
        <w:spacing w:after="40" w:line="240" w:lineRule="auto"/>
        <w:ind w:left="255" w:hanging="255"/>
      </w:pPr>
      <w:proofErr w:type="gramStart"/>
      <w:r>
        <w:t>•  curriculum</w:t>
      </w:r>
      <w:proofErr w:type="gramEnd"/>
      <w:r>
        <w:t xml:space="preserve"> vitae;</w:t>
      </w:r>
    </w:p>
    <w:p w:rsidR="00C06685" w:rsidRDefault="00CD46B2">
      <w:pPr>
        <w:spacing w:after="40" w:line="240" w:lineRule="auto"/>
        <w:ind w:left="255" w:hanging="255"/>
      </w:pPr>
      <w:r>
        <w:t>•  programma di massima delle attività che si intendono svolgere.</w:t>
      </w:r>
    </w:p>
    <w:p w:rsidR="00C06685" w:rsidRDefault="00C06685">
      <w:pPr>
        <w:spacing w:after="4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C06685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6685" w:rsidRDefault="00CD46B2">
            <w:pPr>
              <w:spacing w:after="0" w:line="240" w:lineRule="auto"/>
            </w:pPr>
            <w:r>
              <w:t>Data, ____________________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4E0B" w:rsidRDefault="00754E0B">
            <w:pPr>
              <w:spacing w:after="0" w:line="240" w:lineRule="auto"/>
              <w:jc w:val="right"/>
            </w:pPr>
          </w:p>
          <w:p w:rsidR="00754E0B" w:rsidRDefault="00754E0B">
            <w:pPr>
              <w:spacing w:after="0" w:line="240" w:lineRule="auto"/>
              <w:jc w:val="right"/>
            </w:pPr>
          </w:p>
          <w:p w:rsidR="00754E0B" w:rsidRDefault="00754E0B">
            <w:pPr>
              <w:spacing w:after="0" w:line="240" w:lineRule="auto"/>
              <w:jc w:val="right"/>
            </w:pPr>
          </w:p>
          <w:p w:rsidR="00754E0B" w:rsidRDefault="00754E0B">
            <w:pPr>
              <w:spacing w:after="0" w:line="240" w:lineRule="auto"/>
              <w:jc w:val="right"/>
            </w:pPr>
          </w:p>
          <w:p w:rsidR="00754E0B" w:rsidRDefault="00754E0B">
            <w:pPr>
              <w:spacing w:after="0" w:line="240" w:lineRule="auto"/>
              <w:jc w:val="right"/>
            </w:pPr>
          </w:p>
          <w:p w:rsidR="00C06685" w:rsidRDefault="00CD46B2">
            <w:pPr>
              <w:spacing w:after="0" w:line="240" w:lineRule="auto"/>
              <w:jc w:val="right"/>
            </w:pPr>
            <w:bookmarkStart w:id="0" w:name="_GoBack"/>
            <w:bookmarkEnd w:id="0"/>
            <w:r>
              <w:t>Firma ______________________________</w:t>
            </w:r>
          </w:p>
        </w:tc>
      </w:tr>
    </w:tbl>
    <w:p w:rsidR="00CD46B2" w:rsidRDefault="00CD46B2"/>
    <w:sectPr w:rsidR="00CD46B2" w:rsidSect="00034616">
      <w:pgSz w:w="11906" w:h="16838"/>
      <w:pgMar w:top="624" w:right="964" w:bottom="68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6B2" w:rsidRDefault="00CD46B2">
      <w:pPr>
        <w:spacing w:after="0" w:line="240" w:lineRule="auto"/>
      </w:pPr>
      <w:r>
        <w:separator/>
      </w:r>
    </w:p>
  </w:endnote>
  <w:endnote w:type="continuationSeparator" w:id="0">
    <w:p w:rsidR="00CD46B2" w:rsidRDefault="00C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6B2" w:rsidRDefault="00CD46B2">
      <w:pPr>
        <w:spacing w:after="0" w:line="240" w:lineRule="auto"/>
      </w:pPr>
      <w:r>
        <w:separator/>
      </w:r>
    </w:p>
  </w:footnote>
  <w:footnote w:type="continuationSeparator" w:id="0">
    <w:p w:rsidR="00CD46B2" w:rsidRDefault="00C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4E0B"/>
    <w:rsid w:val="00AA1D8D"/>
    <w:rsid w:val="00B47730"/>
    <w:rsid w:val="00C06685"/>
    <w:rsid w:val="00CB0664"/>
    <w:rsid w:val="00CD46B2"/>
    <w:rsid w:val="00D103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DAB1567-CDCE-4E19-90BD-2E9327EE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5B6C69-36CD-4B80-B556-2679F7F1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Modulo candidatura Funzione Strumentale a.s. 2026/2027</vt:lpstr>
      <vt:lpstr/>
    </vt:vector>
  </TitlesOfParts>
  <Manager/>
  <Company/>
  <LinksUpToDate>false</LinksUpToDate>
  <CharactersWithSpaces>2261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candidatura Funzione Strumentale a.s. 2026/2027</dc:title>
  <dc:subject>Allegato alla Circolare n. 9 - candidatura Funzioni Strumentali</dc:subject>
  <dc:creator>I.C. Andrea Camilleri - Favara</dc:creator>
  <cp:keywords/>
  <dc:description>generated by python-docx</dc:description>
  <cp:lastModifiedBy>Utente</cp:lastModifiedBy>
  <cp:revision>3</cp:revision>
  <dcterms:created xsi:type="dcterms:W3CDTF">2026-09-05T06:29:00Z</dcterms:created>
  <dcterms:modified xsi:type="dcterms:W3CDTF">2026-09-05T06:31:00Z</dcterms:modified>
  <cp:category/>
</cp:coreProperties>
</file>