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690" w:rsidRDefault="00024690">
      <w:pPr>
        <w:spacing w:after="0"/>
        <w:jc w:val="right"/>
        <w:rPr>
          <w:b/>
        </w:rPr>
      </w:pPr>
    </w:p>
    <w:p w:rsidR="00024690" w:rsidRDefault="00024690">
      <w:pPr>
        <w:spacing w:after="0"/>
        <w:jc w:val="right"/>
        <w:rPr>
          <w:b/>
        </w:rPr>
      </w:pPr>
    </w:p>
    <w:p w:rsidR="001032CF" w:rsidRPr="00024690" w:rsidRDefault="00877EE4" w:rsidP="000246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1032CF" w:rsidRPr="00024690" w:rsidRDefault="00877EE4" w:rsidP="000246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DELL’I.C. “ANDREA CAMILLERI” – FAVARA</w:t>
      </w:r>
    </w:p>
    <w:p w:rsidR="00024690" w:rsidRDefault="00024690" w:rsidP="00024690">
      <w:pPr>
        <w:spacing w:after="2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32CF" w:rsidRPr="00024690" w:rsidRDefault="00877EE4" w:rsidP="00024690">
      <w:pPr>
        <w:spacing w:after="2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690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proofErr w:type="spellStart"/>
      <w:r w:rsidRPr="00024690">
        <w:rPr>
          <w:rFonts w:ascii="Times New Roman" w:hAnsi="Times New Roman" w:cs="Times New Roman"/>
          <w:b/>
          <w:sz w:val="24"/>
          <w:szCs w:val="24"/>
        </w:rPr>
        <w:t>Autorizzazione</w:t>
      </w:r>
      <w:proofErr w:type="spellEnd"/>
      <w:r w:rsidRPr="000246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4690">
        <w:rPr>
          <w:rFonts w:ascii="Times New Roman" w:hAnsi="Times New Roman" w:cs="Times New Roman"/>
          <w:b/>
          <w:sz w:val="24"/>
          <w:szCs w:val="24"/>
        </w:rPr>
        <w:t>alla</w:t>
      </w:r>
      <w:proofErr w:type="spellEnd"/>
      <w:r w:rsidRPr="000246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4690">
        <w:rPr>
          <w:rFonts w:ascii="Times New Roman" w:hAnsi="Times New Roman" w:cs="Times New Roman"/>
          <w:b/>
          <w:sz w:val="24"/>
          <w:szCs w:val="24"/>
        </w:rPr>
        <w:t>partecipazione</w:t>
      </w:r>
      <w:proofErr w:type="spellEnd"/>
      <w:r w:rsidRPr="00024690">
        <w:rPr>
          <w:rFonts w:ascii="Times New Roman" w:hAnsi="Times New Roman" w:cs="Times New Roman"/>
          <w:b/>
          <w:sz w:val="24"/>
          <w:szCs w:val="24"/>
        </w:rPr>
        <w:t xml:space="preserve"> all’evento “La Sicilia fa Scuola – Stati Generali dell’Istruzione” – Palermo, 14 e 15 </w:t>
      </w:r>
      <w:r w:rsidRPr="00024690">
        <w:rPr>
          <w:rFonts w:ascii="Times New Roman" w:hAnsi="Times New Roman" w:cs="Times New Roman"/>
          <w:b/>
          <w:sz w:val="24"/>
          <w:szCs w:val="24"/>
        </w:rPr>
        <w:t>ottobre 2026.</w:t>
      </w:r>
    </w:p>
    <w:p w:rsidR="001032CF" w:rsidRPr="00024690" w:rsidRDefault="00877EE4" w:rsidP="0002469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I sottoscritti ___________________________________________________________________</w:t>
      </w:r>
    </w:p>
    <w:p w:rsidR="001032CF" w:rsidRPr="00024690" w:rsidRDefault="00877EE4" w:rsidP="0002469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genitori/tutori dell’alunno/a ______________________________________________________</w:t>
      </w:r>
    </w:p>
    <w:p w:rsidR="001032CF" w:rsidRPr="00024690" w:rsidRDefault="00877EE4" w:rsidP="00024690">
      <w:pPr>
        <w:spacing w:after="260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frequentante la classe ______ sez. ______ della scuola secondaria di I gra</w:t>
      </w:r>
      <w:r w:rsidRPr="00024690">
        <w:rPr>
          <w:rFonts w:ascii="Times New Roman" w:hAnsi="Times New Roman" w:cs="Times New Roman"/>
          <w:sz w:val="24"/>
          <w:szCs w:val="24"/>
        </w:rPr>
        <w:t>do,</w:t>
      </w:r>
    </w:p>
    <w:p w:rsidR="001032CF" w:rsidRPr="00024690" w:rsidRDefault="00877EE4" w:rsidP="00024690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b/>
          <w:sz w:val="24"/>
          <w:szCs w:val="24"/>
        </w:rPr>
        <w:t>AUTORIZZANO</w:t>
      </w:r>
    </w:p>
    <w:p w:rsidR="001032CF" w:rsidRPr="00024690" w:rsidRDefault="00877EE4" w:rsidP="00024690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il/la proprio/a figlio/a a partecipare all’evento “La Sicilia fa Scuola – Stati Generali dell’Istruzione”, che si svolgerà presso i Cantieri Culturali alla Zisa, Palermo.</w:t>
      </w:r>
    </w:p>
    <w:p w:rsidR="001032CF" w:rsidRPr="00024690" w:rsidRDefault="00877EE4" w:rsidP="00024690">
      <w:pPr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b/>
          <w:sz w:val="24"/>
          <w:szCs w:val="24"/>
        </w:rPr>
        <w:t>GIORNATA DI PARTECIPAZIONE (barrare una sola casella):</w:t>
      </w:r>
    </w:p>
    <w:p w:rsidR="001032CF" w:rsidRPr="00024690" w:rsidRDefault="00877EE4" w:rsidP="00024690">
      <w:pPr>
        <w:ind w:left="19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4690">
        <w:rPr>
          <w:rFonts w:ascii="Segoe UI Symbol" w:hAnsi="Segoe UI Symbol" w:cs="Segoe UI Symbol"/>
          <w:sz w:val="24"/>
          <w:szCs w:val="24"/>
        </w:rPr>
        <w:t>☐</w:t>
      </w:r>
      <w:r w:rsidRPr="00024690">
        <w:rPr>
          <w:rFonts w:ascii="Times New Roman" w:hAnsi="Times New Roman" w:cs="Times New Roman"/>
          <w:sz w:val="24"/>
          <w:szCs w:val="24"/>
        </w:rPr>
        <w:t xml:space="preserve">  Mercoledì</w:t>
      </w:r>
      <w:proofErr w:type="gramEnd"/>
      <w:r w:rsidRPr="00024690">
        <w:rPr>
          <w:rFonts w:ascii="Times New Roman" w:hAnsi="Times New Roman" w:cs="Times New Roman"/>
          <w:sz w:val="24"/>
          <w:szCs w:val="24"/>
        </w:rPr>
        <w:t xml:space="preserve"> 1</w:t>
      </w:r>
      <w:r w:rsidRPr="00024690">
        <w:rPr>
          <w:rFonts w:ascii="Times New Roman" w:hAnsi="Times New Roman" w:cs="Times New Roman"/>
          <w:sz w:val="24"/>
          <w:szCs w:val="24"/>
        </w:rPr>
        <w:t>4 ottobre 2026  –  ritrovo ore 5:45, partenza ore 6:00</w:t>
      </w:r>
    </w:p>
    <w:p w:rsidR="001032CF" w:rsidRPr="00024690" w:rsidRDefault="00877EE4" w:rsidP="00024690">
      <w:pPr>
        <w:ind w:left="19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4690">
        <w:rPr>
          <w:rFonts w:ascii="Segoe UI Symbol" w:hAnsi="Segoe UI Symbol" w:cs="Segoe UI Symbol"/>
          <w:sz w:val="24"/>
          <w:szCs w:val="24"/>
        </w:rPr>
        <w:t>☐</w:t>
      </w:r>
      <w:r w:rsidRPr="00024690">
        <w:rPr>
          <w:rFonts w:ascii="Times New Roman" w:hAnsi="Times New Roman" w:cs="Times New Roman"/>
          <w:sz w:val="24"/>
          <w:szCs w:val="24"/>
        </w:rPr>
        <w:t xml:space="preserve">  Giovedì</w:t>
      </w:r>
      <w:proofErr w:type="gramEnd"/>
      <w:r w:rsidRPr="00024690">
        <w:rPr>
          <w:rFonts w:ascii="Times New Roman" w:hAnsi="Times New Roman" w:cs="Times New Roman"/>
          <w:sz w:val="24"/>
          <w:szCs w:val="24"/>
        </w:rPr>
        <w:t xml:space="preserve"> 15 ottobre 2026  –  ritrovo ore 6:45, partenza ore 7:00</w:t>
      </w:r>
    </w:p>
    <w:p w:rsidR="001032CF" w:rsidRPr="00024690" w:rsidRDefault="00877EE4" w:rsidP="00024690">
      <w:pPr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b/>
          <w:sz w:val="24"/>
          <w:szCs w:val="24"/>
        </w:rPr>
        <w:t>Luogo di ritrovo e partenza: Campo Sportivo di Favara.</w:t>
      </w:r>
    </w:p>
    <w:p w:rsidR="001032CF" w:rsidRPr="00024690" w:rsidRDefault="00877EE4" w:rsidP="00024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Il trasferimento avverrà in autobus con la ditta Camer Viaggi. Gli alunni saran</w:t>
      </w:r>
      <w:r w:rsidRPr="00024690">
        <w:rPr>
          <w:rFonts w:ascii="Times New Roman" w:hAnsi="Times New Roman" w:cs="Times New Roman"/>
          <w:sz w:val="24"/>
          <w:szCs w:val="24"/>
        </w:rPr>
        <w:t>no affidati alla vigilanza dei docenti accompagnatori durante il viaggio e la manifestazione e dovranno attenersi alle loro indicazioni.</w:t>
      </w:r>
    </w:p>
    <w:p w:rsidR="001032CF" w:rsidRPr="00024690" w:rsidRDefault="00877EE4" w:rsidP="00024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La conclusione delle attività è prevista alle ore 17:30. L’orario di arrivo a Favara e le modalità di prelievo al rient</w:t>
      </w:r>
      <w:r w:rsidRPr="00024690">
        <w:rPr>
          <w:rFonts w:ascii="Times New Roman" w:hAnsi="Times New Roman" w:cs="Times New Roman"/>
          <w:sz w:val="24"/>
          <w:szCs w:val="24"/>
        </w:rPr>
        <w:t>ro saranno comunicati dalla scuola; i genitori/tutori si impegnano a rispettare le indicazioni ricevute.</w:t>
      </w:r>
    </w:p>
    <w:p w:rsidR="001032CF" w:rsidRPr="00024690" w:rsidRDefault="00877EE4" w:rsidP="00024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 xml:space="preserve">I sottoscritti dichiarano di liberare la scuola, per quanto riguarda l’incolumità delle persone e delle cose ed il comportamento degli alunni, da ogni </w:t>
      </w:r>
      <w:r w:rsidRPr="00024690">
        <w:rPr>
          <w:rFonts w:ascii="Times New Roman" w:hAnsi="Times New Roman" w:cs="Times New Roman"/>
          <w:sz w:val="24"/>
          <w:szCs w:val="24"/>
        </w:rPr>
        <w:t>responsabilità eccedente l’obbligo di vigilanza degli alunni e gli obblighi derivanti alla scuola dalle norme vigenti (art. 2047 del Codice civile e art. 61 della legge n. 312/1980). Dichiarano, altresì, di assumersi le responsabilità derivanti da inosserv</w:t>
      </w:r>
      <w:r w:rsidRPr="00024690">
        <w:rPr>
          <w:rFonts w:ascii="Times New Roman" w:hAnsi="Times New Roman" w:cs="Times New Roman"/>
          <w:sz w:val="24"/>
          <w:szCs w:val="24"/>
        </w:rPr>
        <w:t>anza da parte del/della proprio/a figlio/a delle disposizioni impartite dagli insegnanti medesimi o da cause indipendenti dall’organizzazione scolastica.</w:t>
      </w:r>
    </w:p>
    <w:p w:rsidR="001032CF" w:rsidRDefault="00877EE4" w:rsidP="00024690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4690">
        <w:rPr>
          <w:rFonts w:ascii="Times New Roman" w:hAnsi="Times New Roman" w:cs="Times New Roman"/>
          <w:sz w:val="24"/>
          <w:szCs w:val="24"/>
        </w:rPr>
        <w:t>Favara</w:t>
      </w:r>
      <w:proofErr w:type="spellEnd"/>
      <w:r w:rsidRPr="00024690">
        <w:rPr>
          <w:rFonts w:ascii="Times New Roman" w:hAnsi="Times New Roman" w:cs="Times New Roman"/>
          <w:sz w:val="24"/>
          <w:szCs w:val="24"/>
        </w:rPr>
        <w:t>, ____ / ____ / 2026</w:t>
      </w:r>
    </w:p>
    <w:p w:rsidR="00024690" w:rsidRPr="00024690" w:rsidRDefault="00024690" w:rsidP="00024690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032CF" w:rsidRPr="00024690" w:rsidRDefault="00877EE4" w:rsidP="00024690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b/>
          <w:sz w:val="24"/>
          <w:szCs w:val="24"/>
        </w:rPr>
        <w:t>FIRME DEI GENITORI / TUTORI</w:t>
      </w:r>
    </w:p>
    <w:p w:rsidR="001032CF" w:rsidRPr="00024690" w:rsidRDefault="00877EE4" w:rsidP="000246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4690">
        <w:rPr>
          <w:rFonts w:ascii="Times New Roman" w:hAnsi="Times New Roman" w:cs="Times New Roman"/>
          <w:sz w:val="24"/>
          <w:szCs w:val="24"/>
        </w:rPr>
        <w:t>________________________________           ____</w:t>
      </w:r>
      <w:r w:rsidRPr="00024690">
        <w:rPr>
          <w:rFonts w:ascii="Times New Roman" w:hAnsi="Times New Roman" w:cs="Times New Roman"/>
          <w:sz w:val="24"/>
          <w:szCs w:val="24"/>
        </w:rPr>
        <w:t>____________________________</w:t>
      </w:r>
    </w:p>
    <w:sectPr w:rsidR="001032CF" w:rsidRPr="00024690" w:rsidSect="00034616">
      <w:pgSz w:w="12240" w:h="15840"/>
      <w:pgMar w:top="1077" w:right="1191" w:bottom="964" w:left="1191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690"/>
    <w:rsid w:val="00034616"/>
    <w:rsid w:val="0006063C"/>
    <w:rsid w:val="001032CF"/>
    <w:rsid w:val="0015074B"/>
    <w:rsid w:val="0029639D"/>
    <w:rsid w:val="00326F90"/>
    <w:rsid w:val="00877EE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5177E"/>
  <w14:defaultImageDpi w14:val="300"/>
  <w15:docId w15:val="{7CB19319-69BE-4C80-B495-1C644E4E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40" w:line="269" w:lineRule="auto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60F876-75FD-4D8E-80AE-4315CE3E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Rosetta Morreale</cp:lastModifiedBy>
  <cp:revision>2</cp:revision>
  <dcterms:created xsi:type="dcterms:W3CDTF">2026-10-10T12:45:00Z</dcterms:created>
  <dcterms:modified xsi:type="dcterms:W3CDTF">2026-10-10T12:45:00Z</dcterms:modified>
  <cp:category/>
</cp:coreProperties>
</file>