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AD38A3" w14:textId="77777777" w:rsidR="00696DDD" w:rsidRPr="00637646" w:rsidRDefault="00F000EC" w:rsidP="00F000E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37646">
        <w:rPr>
          <w:rFonts w:ascii="Times New Roman" w:hAnsi="Times New Roman" w:cs="Times New Roman"/>
          <w:b/>
          <w:sz w:val="24"/>
          <w:szCs w:val="24"/>
          <w:lang w:val="it-IT"/>
        </w:rPr>
        <w:t>Al DIRIGENTE SCOLASTICO</w:t>
      </w:r>
    </w:p>
    <w:p w14:paraId="4B62B322" w14:textId="77777777" w:rsidR="00F000EC" w:rsidRPr="00637646" w:rsidRDefault="00F000EC" w:rsidP="00F000E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37646">
        <w:rPr>
          <w:rFonts w:ascii="Times New Roman" w:hAnsi="Times New Roman" w:cs="Times New Roman"/>
          <w:b/>
          <w:sz w:val="24"/>
          <w:szCs w:val="24"/>
          <w:lang w:val="it-IT"/>
        </w:rPr>
        <w:t>Dell’ IC “A. Camilleri”</w:t>
      </w:r>
    </w:p>
    <w:p w14:paraId="247F0B2D" w14:textId="77777777" w:rsidR="00F000EC" w:rsidRPr="00637646" w:rsidRDefault="00F000EC" w:rsidP="00F000E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637646">
        <w:rPr>
          <w:rFonts w:ascii="Times New Roman" w:hAnsi="Times New Roman" w:cs="Times New Roman"/>
          <w:b/>
          <w:sz w:val="24"/>
          <w:szCs w:val="24"/>
          <w:lang w:val="it-IT"/>
        </w:rPr>
        <w:t>Favara</w:t>
      </w:r>
      <w:r w:rsidRPr="0063764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38DC7F6F" w14:textId="77777777" w:rsidR="00696DDD" w:rsidRPr="00637646" w:rsidRDefault="00F000EC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637646">
        <w:rPr>
          <w:rFonts w:ascii="Times New Roman" w:hAnsi="Times New Roman" w:cs="Times New Roman"/>
          <w:sz w:val="24"/>
          <w:szCs w:val="24"/>
          <w:lang w:val="it-IT"/>
        </w:rPr>
        <w:br/>
      </w:r>
    </w:p>
    <w:p w14:paraId="7E11A71A" w14:textId="77777777" w:rsidR="00696DDD" w:rsidRPr="00637646" w:rsidRDefault="00F000EC" w:rsidP="00F000EC">
      <w:pPr>
        <w:jc w:val="center"/>
        <w:rPr>
          <w:lang w:val="it-IT"/>
        </w:rPr>
      </w:pPr>
      <w:r w:rsidRPr="00637646">
        <w:rPr>
          <w:rFonts w:ascii="Times New Roman" w:hAnsi="Times New Roman" w:cs="Times New Roman"/>
          <w:b/>
          <w:sz w:val="24"/>
          <w:szCs w:val="24"/>
          <w:lang w:val="it-IT"/>
        </w:rPr>
        <w:t>MODULO DI DICHIARAZIONE DI DISPONIBILITÀ</w:t>
      </w:r>
      <w:r w:rsidRPr="00637646">
        <w:rPr>
          <w:rFonts w:ascii="Times New Roman" w:hAnsi="Times New Roman" w:cs="Times New Roman"/>
          <w:b/>
          <w:sz w:val="24"/>
          <w:szCs w:val="24"/>
          <w:lang w:val="it-IT"/>
        </w:rPr>
        <w:br/>
      </w:r>
      <w:r w:rsidRPr="00637646">
        <w:rPr>
          <w:lang w:val="it-IT"/>
        </w:rPr>
        <w:t>per attività alternative all’insegnamento della religione cattolica</w:t>
      </w:r>
    </w:p>
    <w:p w14:paraId="0644923A" w14:textId="77777777" w:rsidR="00696DDD" w:rsidRPr="00637646" w:rsidRDefault="00F000EC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637646">
        <w:rPr>
          <w:lang w:val="it-IT"/>
        </w:rPr>
        <w:br/>
      </w:r>
    </w:p>
    <w:p w14:paraId="0FAA5F44" w14:textId="77777777" w:rsidR="00696DDD" w:rsidRPr="00637646" w:rsidRDefault="00F000EC" w:rsidP="00F000E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it-IT"/>
        </w:rPr>
      </w:pPr>
      <w:r w:rsidRPr="00637646">
        <w:rPr>
          <w:rFonts w:ascii="Times New Roman" w:hAnsi="Times New Roman" w:cs="Times New Roman"/>
          <w:sz w:val="26"/>
          <w:szCs w:val="26"/>
          <w:lang w:val="it-IT"/>
        </w:rPr>
        <w:t>Il/La sottoscritto/a ___________________________________________</w:t>
      </w:r>
      <w:r w:rsidRPr="00637646">
        <w:rPr>
          <w:rFonts w:ascii="Times New Roman" w:hAnsi="Times New Roman" w:cs="Times New Roman"/>
          <w:sz w:val="26"/>
          <w:szCs w:val="26"/>
          <w:lang w:val="it-IT"/>
        </w:rPr>
        <w:br/>
        <w:t>nato/a a __________________________ il ___/___/______</w:t>
      </w:r>
      <w:r w:rsidRPr="00637646">
        <w:rPr>
          <w:rFonts w:ascii="Times New Roman" w:hAnsi="Times New Roman" w:cs="Times New Roman"/>
          <w:sz w:val="26"/>
          <w:szCs w:val="26"/>
          <w:lang w:val="it-IT"/>
        </w:rPr>
        <w:br/>
        <w:t>in servizio presso l’Istituto Comprensivo “__________________” in qualità di docente di _____________________________,</w:t>
      </w:r>
      <w:r w:rsidRPr="00637646">
        <w:rPr>
          <w:rFonts w:ascii="Times New Roman" w:hAnsi="Times New Roman" w:cs="Times New Roman"/>
          <w:sz w:val="26"/>
          <w:szCs w:val="26"/>
          <w:lang w:val="it-IT"/>
        </w:rPr>
        <w:br/>
      </w:r>
    </w:p>
    <w:p w14:paraId="16155CEB" w14:textId="77777777" w:rsidR="00696DDD" w:rsidRPr="00D937B0" w:rsidRDefault="00F000EC" w:rsidP="000D555F">
      <w:pPr>
        <w:pStyle w:val="Titolo2"/>
        <w:jc w:val="center"/>
        <w:rPr>
          <w:rFonts w:ascii="Times New Roman" w:hAnsi="Times New Roman" w:cs="Times New Roman"/>
          <w:color w:val="auto"/>
          <w:lang w:val="it-IT"/>
        </w:rPr>
      </w:pPr>
      <w:bookmarkStart w:id="0" w:name="_GoBack"/>
      <w:r w:rsidRPr="00D937B0">
        <w:rPr>
          <w:rFonts w:ascii="Times New Roman" w:hAnsi="Times New Roman" w:cs="Times New Roman"/>
          <w:color w:val="auto"/>
          <w:lang w:val="it-IT"/>
        </w:rPr>
        <w:t>DICHIARA</w:t>
      </w:r>
    </w:p>
    <w:bookmarkEnd w:id="0"/>
    <w:p w14:paraId="4C9A531A" w14:textId="0F4F8A8A" w:rsidR="00696DDD" w:rsidRPr="00637646" w:rsidRDefault="00F000EC" w:rsidP="00F000EC">
      <w:pPr>
        <w:jc w:val="both"/>
        <w:rPr>
          <w:rFonts w:ascii="Times New Roman" w:hAnsi="Times New Roman" w:cs="Times New Roman"/>
          <w:sz w:val="26"/>
          <w:szCs w:val="26"/>
          <w:lang w:val="it-IT"/>
        </w:rPr>
      </w:pPr>
      <w:r w:rsidRPr="00637646">
        <w:rPr>
          <w:rFonts w:ascii="Times New Roman" w:hAnsi="Times New Roman" w:cs="Times New Roman"/>
          <w:sz w:val="26"/>
          <w:szCs w:val="26"/>
          <w:lang w:val="it-IT"/>
        </w:rPr>
        <w:t>di essere disponibile a ricoprire l’incarico di docente per le attività alternative all’insegnamento della religione cattolica nell</w:t>
      </w:r>
      <w:r w:rsidR="000D555F" w:rsidRPr="00637646">
        <w:rPr>
          <w:rFonts w:ascii="Times New Roman" w:hAnsi="Times New Roman" w:cs="Times New Roman"/>
          <w:sz w:val="26"/>
          <w:szCs w:val="26"/>
          <w:lang w:val="it-IT"/>
        </w:rPr>
        <w:t>a</w:t>
      </w:r>
      <w:r w:rsidRPr="00637646">
        <w:rPr>
          <w:rFonts w:ascii="Times New Roman" w:hAnsi="Times New Roman" w:cs="Times New Roman"/>
          <w:sz w:val="26"/>
          <w:szCs w:val="26"/>
          <w:lang w:val="it-IT"/>
        </w:rPr>
        <w:t xml:space="preserve"> seguent</w:t>
      </w:r>
      <w:r w:rsidR="000D555F" w:rsidRPr="00637646">
        <w:rPr>
          <w:rFonts w:ascii="Times New Roman" w:hAnsi="Times New Roman" w:cs="Times New Roman"/>
          <w:sz w:val="26"/>
          <w:szCs w:val="26"/>
          <w:lang w:val="it-IT"/>
        </w:rPr>
        <w:t>e</w:t>
      </w:r>
      <w:r w:rsidRPr="00637646">
        <w:rPr>
          <w:rFonts w:ascii="Times New Roman" w:hAnsi="Times New Roman" w:cs="Times New Roman"/>
          <w:sz w:val="26"/>
          <w:szCs w:val="26"/>
          <w:lang w:val="it-IT"/>
        </w:rPr>
        <w:t xml:space="preserve"> class</w:t>
      </w:r>
      <w:r w:rsidR="000D555F" w:rsidRPr="00637646">
        <w:rPr>
          <w:rFonts w:ascii="Times New Roman" w:hAnsi="Times New Roman" w:cs="Times New Roman"/>
          <w:sz w:val="26"/>
          <w:szCs w:val="26"/>
          <w:lang w:val="it-IT"/>
        </w:rPr>
        <w:t>e</w:t>
      </w:r>
      <w:r w:rsidRPr="00637646">
        <w:rPr>
          <w:rFonts w:ascii="Times New Roman" w:hAnsi="Times New Roman" w:cs="Times New Roman"/>
          <w:sz w:val="26"/>
          <w:szCs w:val="26"/>
          <w:lang w:val="it-IT"/>
        </w:rPr>
        <w:t>:</w:t>
      </w:r>
    </w:p>
    <w:p w14:paraId="177C7490" w14:textId="5FDDFC92" w:rsidR="00696DDD" w:rsidRPr="00637646" w:rsidRDefault="00F000EC">
      <w:pPr>
        <w:rPr>
          <w:rFonts w:ascii="Times New Roman" w:hAnsi="Times New Roman" w:cs="Times New Roman"/>
          <w:sz w:val="26"/>
          <w:szCs w:val="26"/>
          <w:lang w:val="it-IT"/>
        </w:rPr>
      </w:pPr>
      <w:r w:rsidRPr="00637646">
        <w:rPr>
          <w:rFonts w:ascii="Times New Roman" w:hAnsi="Times New Roman" w:cs="Times New Roman"/>
          <w:sz w:val="26"/>
          <w:szCs w:val="26"/>
          <w:lang w:val="it-IT"/>
        </w:rPr>
        <w:t>Clas</w:t>
      </w:r>
      <w:r w:rsidR="0010401F">
        <w:rPr>
          <w:rFonts w:ascii="Times New Roman" w:hAnsi="Times New Roman" w:cs="Times New Roman"/>
          <w:sz w:val="26"/>
          <w:szCs w:val="26"/>
          <w:lang w:val="it-IT"/>
        </w:rPr>
        <w:t>se ……………………</w:t>
      </w:r>
      <w:proofErr w:type="gramStart"/>
      <w:r w:rsidR="0010401F">
        <w:rPr>
          <w:rFonts w:ascii="Times New Roman" w:hAnsi="Times New Roman" w:cs="Times New Roman"/>
          <w:sz w:val="26"/>
          <w:szCs w:val="26"/>
          <w:lang w:val="it-IT"/>
        </w:rPr>
        <w:t>…….</w:t>
      </w:r>
      <w:proofErr w:type="gramEnd"/>
      <w:r w:rsidR="0010401F">
        <w:rPr>
          <w:rFonts w:ascii="Times New Roman" w:hAnsi="Times New Roman" w:cs="Times New Roman"/>
          <w:sz w:val="26"/>
          <w:szCs w:val="26"/>
          <w:lang w:val="it-IT"/>
        </w:rPr>
        <w:t>.</w:t>
      </w:r>
    </w:p>
    <w:p w14:paraId="4E20445B" w14:textId="77777777" w:rsidR="000D555F" w:rsidRPr="00637646" w:rsidRDefault="000D555F">
      <w:pPr>
        <w:rPr>
          <w:rFonts w:ascii="Times New Roman" w:hAnsi="Times New Roman" w:cs="Times New Roman"/>
          <w:sz w:val="26"/>
          <w:szCs w:val="26"/>
          <w:lang w:val="it-IT"/>
        </w:rPr>
      </w:pPr>
    </w:p>
    <w:p w14:paraId="1C906652" w14:textId="77777777" w:rsidR="00696DDD" w:rsidRPr="00637646" w:rsidRDefault="00F000EC">
      <w:pPr>
        <w:rPr>
          <w:rFonts w:ascii="Times New Roman" w:hAnsi="Times New Roman" w:cs="Times New Roman"/>
          <w:sz w:val="26"/>
          <w:szCs w:val="26"/>
          <w:lang w:val="it-IT"/>
        </w:rPr>
      </w:pPr>
      <w:r w:rsidRPr="00637646">
        <w:rPr>
          <w:rFonts w:ascii="Times New Roman" w:hAnsi="Times New Roman" w:cs="Times New Roman"/>
          <w:sz w:val="26"/>
          <w:szCs w:val="26"/>
          <w:lang w:val="it-IT"/>
        </w:rPr>
        <w:t>Si impegna altresì a partecipare ai Consigli di Classe e agli scrutini, come previsto.</w:t>
      </w:r>
      <w:r w:rsidRPr="00637646">
        <w:rPr>
          <w:rFonts w:ascii="Times New Roman" w:hAnsi="Times New Roman" w:cs="Times New Roman"/>
          <w:sz w:val="26"/>
          <w:szCs w:val="26"/>
          <w:lang w:val="it-IT"/>
        </w:rPr>
        <w:br/>
      </w:r>
    </w:p>
    <w:p w14:paraId="6AB21F7E" w14:textId="77777777" w:rsidR="00F000EC" w:rsidRPr="00637646" w:rsidRDefault="00F000EC" w:rsidP="0010401F">
      <w:pPr>
        <w:rPr>
          <w:rFonts w:ascii="Times New Roman" w:hAnsi="Times New Roman" w:cs="Times New Roman"/>
          <w:sz w:val="26"/>
          <w:szCs w:val="26"/>
          <w:lang w:val="it-IT"/>
        </w:rPr>
      </w:pPr>
      <w:r w:rsidRPr="00637646">
        <w:rPr>
          <w:rFonts w:ascii="Times New Roman" w:hAnsi="Times New Roman" w:cs="Times New Roman"/>
          <w:sz w:val="26"/>
          <w:szCs w:val="26"/>
          <w:lang w:val="it-IT"/>
        </w:rPr>
        <w:t>Luogo e data, _______________</w:t>
      </w:r>
      <w:r w:rsidRPr="00637646">
        <w:rPr>
          <w:rFonts w:ascii="Times New Roman" w:hAnsi="Times New Roman" w:cs="Times New Roman"/>
          <w:sz w:val="26"/>
          <w:szCs w:val="26"/>
          <w:lang w:val="it-IT"/>
        </w:rPr>
        <w:br/>
      </w:r>
      <w:r w:rsidRPr="00637646">
        <w:rPr>
          <w:rFonts w:ascii="Times New Roman" w:hAnsi="Times New Roman" w:cs="Times New Roman"/>
          <w:sz w:val="26"/>
          <w:szCs w:val="26"/>
          <w:lang w:val="it-IT"/>
        </w:rPr>
        <w:br/>
      </w:r>
    </w:p>
    <w:p w14:paraId="4E6F1E75" w14:textId="77777777" w:rsidR="00696DDD" w:rsidRPr="00637646" w:rsidRDefault="00F000EC" w:rsidP="00F000EC">
      <w:pPr>
        <w:jc w:val="right"/>
        <w:rPr>
          <w:rFonts w:ascii="Times New Roman" w:hAnsi="Times New Roman" w:cs="Times New Roman"/>
          <w:sz w:val="26"/>
          <w:szCs w:val="26"/>
          <w:lang w:val="it-IT"/>
        </w:rPr>
      </w:pPr>
      <w:r w:rsidRPr="00637646">
        <w:rPr>
          <w:rFonts w:ascii="Times New Roman" w:hAnsi="Times New Roman" w:cs="Times New Roman"/>
          <w:sz w:val="26"/>
          <w:szCs w:val="26"/>
          <w:lang w:val="it-IT"/>
        </w:rPr>
        <w:t>Firma del docente __________________________</w:t>
      </w:r>
    </w:p>
    <w:sectPr w:rsidR="00696DDD" w:rsidRPr="0063764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555F"/>
    <w:rsid w:val="0010401F"/>
    <w:rsid w:val="0015074B"/>
    <w:rsid w:val="00160E8E"/>
    <w:rsid w:val="0029639D"/>
    <w:rsid w:val="00326F90"/>
    <w:rsid w:val="00637646"/>
    <w:rsid w:val="00696DDD"/>
    <w:rsid w:val="00A97CF6"/>
    <w:rsid w:val="00AA1D8D"/>
    <w:rsid w:val="00AB3A65"/>
    <w:rsid w:val="00B47730"/>
    <w:rsid w:val="00BD4B69"/>
    <w:rsid w:val="00CB0664"/>
    <w:rsid w:val="00D937B0"/>
    <w:rsid w:val="00F000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88E3C6"/>
  <w14:defaultImageDpi w14:val="300"/>
  <w15:docId w15:val="{2894DB7C-5965-4D1C-821D-ECA3BDC1F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DD80EC-47DA-42A7-9E13-4E8FA40FA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Rosetta Morreale</cp:lastModifiedBy>
  <cp:revision>2</cp:revision>
  <dcterms:created xsi:type="dcterms:W3CDTF">2026-10-01T14:46:00Z</dcterms:created>
  <dcterms:modified xsi:type="dcterms:W3CDTF">2026-10-01T14:46:00Z</dcterms:modified>
  <cp:category/>
</cp:coreProperties>
</file>