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Allegato scheda C per le attività alternative all’insegnamento della religione cattolica</w:t>
      </w:r>
    </w:p>
    <w:p>
      <w:pPr>
        <w:spacing w:after="140"/>
        <w:jc w:val="center"/>
      </w:pPr>
      <w:r>
        <w:rPr>
          <w:rFonts w:ascii="Arial" w:hAnsi="Arial" w:eastAsia="Arial" w:cs="Arial"/>
          <w:b/>
          <w:color w:val="000000"/>
          <w:sz w:val="22"/>
        </w:rPr>
        <w:t>Modulo integrativo per le scelte degli alunni che non si avvalgono dell’insegnamento della religione cattolica</w:t>
      </w:r>
    </w:p>
    <w:p>
      <w:pPr>
        <w:keepLines/>
        <w:spacing w:after="100"/>
        <w:pBdr>
          <w:bottom w:val="single" w:sz="6" w:space="2" w:color="7F8C8D"/>
        </w:pBdr>
      </w:pPr>
      <w:r>
        <w:rPr>
          <w:rFonts w:ascii="Arial" w:hAnsi="Arial" w:eastAsia="Arial" w:cs="Arial"/>
          <w:b/>
          <w:color w:val="000000"/>
          <w:sz w:val="22"/>
        </w:rPr>
        <w:t xml:space="preserve">Nome e cognome dell’allievo: </w:t>
      </w:r>
      <w:sdt>
        <w:sdtPr>
          <w:alias w:val="Nome e cognome dell’allievo"/>
          <w:tag w:val="nome_allievo"/>
          <w:id w:val="717781623"/>
          <w:showingPlcHdr/>
          <w:text w:multiLine="0"/>
        </w:sdtPr>
        <w:sdtContent>
          <w:r>
            <w:rPr>
              <w:rFonts w:ascii="Arial" w:hAnsi="Arial" w:eastAsia="Arial" w:cs="Arial"/>
              <w:color w:val="595959"/>
              <w:sz w:val="22"/>
            </w:rPr>
            <w:t>Inserire nome e cognome</w:t>
          </w:r>
        </w:sdtContent>
      </w:sdt>
    </w:p>
    <w:p>
      <w:pPr>
        <w:spacing w:after="40"/>
      </w:pPr>
      <w:r>
        <w:t>La scelta operata ha effetto per l’intero anno scolastico cui si riferisce.</w:t>
      </w:r>
    </w:p>
    <w:p>
      <w:pPr>
        <w:spacing w:after="80"/>
      </w:pPr>
      <w:r>
        <w:rPr>
          <w:rFonts w:ascii="Arial" w:hAnsi="Arial" w:eastAsia="Arial" w:cs="Arial"/>
          <w:b/>
          <w:color w:val="000000"/>
          <w:sz w:val="22"/>
        </w:rPr>
        <w:t>Istruzioni: selezionare una sola opzione tra quelle indicate.</w:t>
      </w:r>
    </w:p>
    <w:p>
      <w:pPr>
        <w:pStyle w:val="Heading1"/>
      </w:pPr>
      <w:r>
        <w:t>Scelta dell’attività</w:t>
      </w:r>
    </w:p>
    <w:p>
      <w:pPr>
        <w:keepLines/>
        <w:spacing w:after="60" w:line="245" w:lineRule="auto"/>
        <w:ind w:left="425" w:hanging="425"/>
      </w:pPr>
      <w:sdt>
        <w:sdtPr>
          <w:alias w:val="Seleziona opzione A: Attività didattiche e formative"/>
          <w:tag w:val="scelta_a"/>
          <w:id w:val="1587416834"/>
          <w14:checkbox>
            <w14:checked w14:val="0"/>
            <w14:checkedState w14:val="2612" w14:font="Segoe UI Symbol"/>
            <w14:uncheckedState w14:val="2610" w14:font="Segoe UI Symbol"/>
          </w14:checkbox>
        </w:sdtPr>
        <w:sdtContent>
          <w:r>
            <w:rPr>
              <w:rFonts w:ascii="Segoe UI Symbol" w:hAnsi="Segoe UI Symbol" w:eastAsia="Segoe UI Symbol" w:cs="Segoe UI Symbol"/>
              <w:sz w:val="28"/>
            </w:rPr>
            <w:t>☐</w:t>
          </w:r>
        </w:sdtContent>
      </w:sdt>
      <w:r>
        <w:rPr>
          <w:rFonts w:ascii="Arial" w:hAnsi="Arial" w:eastAsia="Arial" w:cs="Arial"/>
          <w:color w:val="000000"/>
          <w:sz w:val="21"/>
        </w:rPr>
        <w:t xml:space="preserve">  A) Attività didattiche e formative</w:t>
      </w:r>
    </w:p>
    <w:p>
      <w:pPr>
        <w:keepLines/>
        <w:spacing w:after="60" w:line="245" w:lineRule="auto"/>
        <w:ind w:left="425" w:hanging="425"/>
      </w:pPr>
      <w:sdt>
        <w:sdtPr>
          <w:alias w:val="Seleziona opzione B: Attività di studio e/o di ricerca individuali con assistenza di personale docente"/>
          <w:tag w:val="scelta_b"/>
          <w:id w:val="1025246373"/>
          <w14:checkbox>
            <w14:checked w14:val="0"/>
            <w14:checkedState w14:val="2612" w14:font="Segoe UI Symbol"/>
            <w14:uncheckedState w14:val="2610" w14:font="Segoe UI Symbol"/>
          </w14:checkbox>
        </w:sdtPr>
        <w:sdtContent>
          <w:r>
            <w:rPr>
              <w:rFonts w:ascii="Segoe UI Symbol" w:hAnsi="Segoe UI Symbol" w:eastAsia="Segoe UI Symbol" w:cs="Segoe UI Symbol"/>
              <w:sz w:val="28"/>
            </w:rPr>
            <w:t>☐</w:t>
          </w:r>
        </w:sdtContent>
      </w:sdt>
      <w:r>
        <w:rPr>
          <w:rFonts w:ascii="Arial" w:hAnsi="Arial" w:eastAsia="Arial" w:cs="Arial"/>
          <w:color w:val="000000"/>
          <w:sz w:val="21"/>
        </w:rPr>
        <w:t xml:space="preserve">  B) Attività di studio e/o di ricerca individuali con assistenza di personale docente</w:t>
      </w:r>
    </w:p>
    <w:p>
      <w:pPr>
        <w:keepLines/>
        <w:spacing w:after="60" w:line="245" w:lineRule="auto"/>
        <w:ind w:left="425" w:hanging="425"/>
      </w:pPr>
      <w:sdt>
        <w:sdtPr>
          <w:alias w:val="Seleziona opzione C: Libera attività di studio e/o di ricerca individuali senza assistenza di personale docente (solo per gli studenti degli istituti di istruzione secondaria di secondo grado)"/>
          <w:tag w:val="scelta_c"/>
          <w:id w:val="891537211"/>
          <w14:checkbox>
            <w14:checked w14:val="0"/>
            <w14:checkedState w14:val="2612" w14:font="Segoe UI Symbol"/>
            <w14:uncheckedState w14:val="2610" w14:font="Segoe UI Symbol"/>
          </w14:checkbox>
        </w:sdtPr>
        <w:sdtContent>
          <w:r>
            <w:rPr>
              <w:rFonts w:ascii="Segoe UI Symbol" w:hAnsi="Segoe UI Symbol" w:eastAsia="Segoe UI Symbol" w:cs="Segoe UI Symbol"/>
              <w:sz w:val="28"/>
            </w:rPr>
            <w:t>☐</w:t>
          </w:r>
        </w:sdtContent>
      </w:sdt>
      <w:r>
        <w:rPr>
          <w:rFonts w:ascii="Arial" w:hAnsi="Arial" w:eastAsia="Arial" w:cs="Arial"/>
          <w:color w:val="000000"/>
          <w:sz w:val="21"/>
        </w:rPr>
        <w:t xml:space="preserve">  C) Libera attività di studio e/o di ricerca individuali senza assistenza di personale docente (solo per gli studenti degli istituti di istruzione secondaria di secondo grado)</w:t>
      </w:r>
    </w:p>
    <w:p>
      <w:pPr>
        <w:keepLines/>
        <w:spacing w:after="60" w:line="245" w:lineRule="auto"/>
        <w:ind w:left="425" w:hanging="425"/>
      </w:pPr>
      <w:sdt>
        <w:sdtPr>
          <w:alias w:val="Seleziona opzione D: Non frequenza della scuola nelle ore di insegnamento della religione cattolica"/>
          <w:tag w:val="scelta_d"/>
          <w:id w:val="911010332"/>
          <w14:checkbox>
            <w14:checked w14:val="0"/>
            <w14:checkedState w14:val="2612" w14:font="Segoe UI Symbol"/>
            <w14:uncheckedState w14:val="2610" w14:font="Segoe UI Symbol"/>
          </w14:checkbox>
        </w:sdtPr>
        <w:sdtContent>
          <w:r>
            <w:rPr>
              <w:rFonts w:ascii="Segoe UI Symbol" w:hAnsi="Segoe UI Symbol" w:eastAsia="Segoe UI Symbol" w:cs="Segoe UI Symbol"/>
              <w:sz w:val="28"/>
            </w:rPr>
            <w:t>☐</w:t>
          </w:r>
        </w:sdtContent>
      </w:sdt>
      <w:r>
        <w:rPr>
          <w:rFonts w:ascii="Arial" w:hAnsi="Arial" w:eastAsia="Arial" w:cs="Arial"/>
          <w:color w:val="000000"/>
          <w:sz w:val="21"/>
        </w:rPr>
        <w:t xml:space="preserve">  D) Non frequenza della scuola nelle ore di insegnamento della religione cattolica</w:t>
      </w:r>
    </w:p>
    <w:p>
      <w:pPr>
        <w:pStyle w:val="Heading1"/>
      </w:pPr>
      <w:r>
        <w:t>Dati e firme</w:t>
      </w:r>
    </w:p>
    <w:p>
      <w:pPr>
        <w:keepLines/>
        <w:spacing w:after="100"/>
        <w:pBdr>
          <w:bottom w:val="single" w:sz="6" w:space="2" w:color="7F8C8D"/>
        </w:pBdr>
      </w:pPr>
      <w:r>
        <w:rPr>
          <w:rFonts w:ascii="Arial" w:hAnsi="Arial" w:eastAsia="Arial" w:cs="Arial"/>
          <w:b/>
          <w:color w:val="000000"/>
          <w:sz w:val="22"/>
        </w:rPr>
        <w:t xml:space="preserve">Firma: </w:t>
      </w:r>
      <w:sdt>
        <w:sdtPr>
          <w:alias w:val="Firma"/>
          <w:tag w:val="firma"/>
          <w:id w:val="1761124902"/>
          <w:showingPlcHdr/>
          <w:text w:multiLine="0"/>
        </w:sdtPr>
        <w:sdtContent>
          <w:r>
            <w:rPr>
              <w:rFonts w:ascii="Arial" w:hAnsi="Arial" w:eastAsia="Arial" w:cs="Arial"/>
              <w:color w:val="595959"/>
              <w:sz w:val="22"/>
            </w:rPr>
            <w:t>Inserire la firma o firmare dopo la stampa</w:t>
          </w:r>
        </w:sdtContent>
      </w:sdt>
    </w:p>
    <w:p>
      <w:pPr>
        <w:spacing w:after="80" w:line="240" w:lineRule="auto"/>
      </w:pPr>
      <w:r>
        <w:rPr>
          <w:rFonts w:ascii="Arial" w:hAnsi="Arial" w:eastAsia="Arial" w:cs="Arial"/>
          <w:color w:val="000000"/>
          <w:sz w:val="20"/>
        </w:rPr>
        <w:t>Controfirma dei genitori, di chi esercita la responsabilità genitoriale, del tutore o dell’affidatario dell’alunno minorenne frequentante un istituto di istruzione secondaria di secondo grado che abbia effettuato la scelta di cui al punto D. Successivamente saranno chieste puntuali indicazioni scritte sulle modalità di uscita dell’alunno dalla scuola, secondo quanto stabilito dalla C.M. n. 9 del 18 gennaio 1991.</w:t>
      </w:r>
    </w:p>
    <w:p>
      <w:pPr>
        <w:keepLines/>
        <w:spacing w:after="80"/>
        <w:pBdr>
          <w:bottom w:val="single" w:sz="6" w:space="2" w:color="7F8C8D"/>
        </w:pBdr>
      </w:pPr>
      <w:r>
        <w:rPr>
          <w:rFonts w:ascii="Arial" w:hAnsi="Arial" w:eastAsia="Arial" w:cs="Arial"/>
          <w:b/>
          <w:color w:val="000000"/>
          <w:sz w:val="22"/>
        </w:rPr>
        <w:t xml:space="preserve">Controfirma, se richiesta: </w:t>
      </w:r>
      <w:sdt>
        <w:sdtPr>
          <w:alias w:val="Controfirma del genitore o del soggetto responsabile, se richiesta"/>
          <w:tag w:val="controfirma"/>
          <w:id w:val="1251897755"/>
          <w:showingPlcHdr/>
          <w:text w:multiLine="0"/>
        </w:sdtPr>
        <w:sdtContent>
          <w:r>
            <w:rPr>
              <w:rFonts w:ascii="Arial" w:hAnsi="Arial" w:eastAsia="Arial" w:cs="Arial"/>
              <w:color w:val="595959"/>
              <w:sz w:val="22"/>
            </w:rPr>
            <w:t>Inserire la controfirma o firmare dopo la stampa</w:t>
          </w:r>
        </w:sdtContent>
      </w:sdt>
    </w:p>
    <w:p>
      <w:pPr>
        <w:spacing w:after="80" w:line="240" w:lineRule="auto"/>
      </w:pPr>
      <w:r>
        <w:rPr>
          <w:rFonts w:ascii="Arial" w:hAnsi="Arial" w:eastAsia="Arial" w:cs="Arial"/>
          <w:color w:val="000000"/>
          <w:sz w:val="20"/>
        </w:rPr>
        <w:t>La scelta rientra nella responsabilità genitoriale e deve essere sempre condivisa dai genitori, secondo le disposizioni del Codice civile in materia di filiazione. Se il modulo è firmato da un solo genitore, si intende che la scelta sia stata comunque condivisa.</w:t>
      </w:r>
    </w:p>
    <w:p>
      <w:pPr>
        <w:keepLines/>
        <w:spacing w:after="60"/>
        <w:pBdr>
          <w:bottom w:val="single" w:sz="6" w:space="2" w:color="7F8C8D"/>
        </w:pBdr>
      </w:pPr>
      <w:r>
        <w:rPr>
          <w:rFonts w:ascii="Arial" w:hAnsi="Arial" w:eastAsia="Arial" w:cs="Arial"/>
          <w:b/>
          <w:color w:val="000000"/>
          <w:sz w:val="22"/>
        </w:rPr>
        <w:t xml:space="preserve">Data: </w:t>
      </w:r>
      <w:sdt>
        <w:sdtPr>
          <w:alias w:val="Data di compilazione"/>
          <w:tag w:val="data_compilazione"/>
          <w:id w:val="796834952"/>
          <w:showingPlcHdr/>
          <w:date>
            <w:dateFormat w:val="dd/MM/yyyy"/>
            <w:lid w:val="it-IT"/>
            <w:calendar w:val="gregorian"/>
          </w:date>
        </w:sdtPr>
        <w:sdtContent>
          <w:r>
            <w:rPr>
              <w:rFonts w:ascii="Arial" w:hAnsi="Arial" w:eastAsia="Arial" w:cs="Arial"/>
              <w:color w:val="595959"/>
              <w:sz w:val="22"/>
            </w:rPr>
            <w:t>gg/mm/aaaa</w:t>
          </w:r>
        </w:sdtContent>
      </w:sdt>
    </w:p>
    <w:p>
      <w:pPr>
        <w:pStyle w:val="Heading1"/>
      </w:pPr>
      <w:r>
        <w:t>Informativa sul trattamento dei dati</w:t>
      </w:r>
    </w:p>
    <w:p>
      <w:pPr>
        <w:spacing w:after="0" w:line="240" w:lineRule="auto"/>
      </w:pPr>
      <w:r>
        <w:rPr>
          <w:rFonts w:ascii="Arial" w:hAnsi="Arial" w:eastAsia="Arial" w:cs="Arial"/>
          <w:color w:val="000000"/>
          <w:sz w:val="20"/>
        </w:rPr>
        <w:t>I dati rilasciati sono utilizzati dalla scuola nel rispetto delle norme sulla privacy previste dal D.Lgs. 196/2003 e successive modificazioni e dal Regolamento (UE) 2016/679 del Parlamento europeo e del Consiglio.</w:t>
      </w:r>
    </w:p>
    <w:sectPr w:rsidR="00FC693F" w:rsidRPr="0006063C" w:rsidSect="00034616">
      <w:pgSz w:w="11906" w:h="16838"/>
      <w:pgMar w:top="765" w:right="907" w:bottom="765"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eastAsia="Arial" w:cs="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ascii="Arial" w:hAnsi="Arial" w:eastAsia="Arial" w:cs="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scheda C per le attività alternative all’insegnamento della religione cattolica</dc:title>
  <dc:subject>Modulo compilabile per la scelta delle attività alternative all’insegnamento della religione cattolica</dc:subject>
  <dc:creator>Ministero dell’Istruzione e del Merito</dc:creator>
  <cp:keywords>scuola, religione cattolica, attività alternativa, modulo compilabile</cp:keywords>
  <dc:description>generated by python-docx</dc:description>
  <cp:lastModifiedBy/>
  <cp:revision>1</cp:revision>
  <dcterms:created xsi:type="dcterms:W3CDTF">2013-12-23T23:15:00Z</dcterms:created>
  <dcterms:modified xsi:type="dcterms:W3CDTF">2013-12-23T23:15:00Z</dcterms:modified>
  <cp:category/>
</cp:coreProperties>
</file>